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31" w:rsidRPr="00B21B29" w:rsidRDefault="00C86375">
      <w:pPr>
        <w:jc w:val="center"/>
        <w:rPr>
          <w:b/>
          <w:bCs/>
          <w:sz w:val="24"/>
          <w:szCs w:val="24"/>
          <w:lang w:val="ru-RU"/>
        </w:rPr>
      </w:pPr>
      <w:r w:rsidRPr="00B21B29">
        <w:rPr>
          <w:b/>
          <w:bCs/>
          <w:sz w:val="24"/>
          <w:szCs w:val="24"/>
          <w:lang w:val="ru-RU" w:eastAsia="ru-RU"/>
        </w:rPr>
        <w:t>Согласие</w:t>
      </w:r>
    </w:p>
    <w:p w:rsidR="00F46231" w:rsidRPr="00B21B29" w:rsidRDefault="00C86375">
      <w:pPr>
        <w:jc w:val="center"/>
        <w:rPr>
          <w:b/>
          <w:bCs/>
          <w:sz w:val="24"/>
          <w:szCs w:val="24"/>
          <w:lang w:val="ru-RU"/>
        </w:rPr>
      </w:pPr>
      <w:r w:rsidRPr="00B21B29">
        <w:rPr>
          <w:b/>
          <w:bCs/>
          <w:sz w:val="24"/>
          <w:szCs w:val="24"/>
          <w:lang w:val="ru-RU" w:eastAsia="ru-RU"/>
        </w:rPr>
        <w:t>субъекта персональных данных на обработку его персональных данных</w:t>
      </w:r>
    </w:p>
    <w:p w:rsidR="00F46231" w:rsidRPr="00B21B29" w:rsidRDefault="00C86375">
      <w:pPr>
        <w:jc w:val="center"/>
        <w:rPr>
          <w:sz w:val="24"/>
          <w:szCs w:val="24"/>
          <w:lang w:val="ru-RU"/>
        </w:rPr>
      </w:pPr>
      <w:r w:rsidRPr="00B21B29">
        <w:rPr>
          <w:sz w:val="24"/>
          <w:szCs w:val="24"/>
          <w:lang w:val="ru-RU" w:eastAsia="ru-RU"/>
        </w:rPr>
        <w:t>(в соответствии с Федеральным законом от 27.07.2006 № 152-ФЗ)</w:t>
      </w:r>
    </w:p>
    <w:p w:rsidR="00F46231" w:rsidRPr="00B21B29" w:rsidRDefault="00F46231">
      <w:pPr>
        <w:jc w:val="center"/>
        <w:rPr>
          <w:sz w:val="24"/>
          <w:szCs w:val="24"/>
          <w:lang w:val="ru-RU"/>
        </w:rPr>
      </w:pPr>
    </w:p>
    <w:p w:rsidR="00F46231" w:rsidRPr="00B21B29" w:rsidRDefault="00C86375" w:rsidP="00C86375">
      <w:pPr>
        <w:spacing w:line="360" w:lineRule="auto"/>
        <w:ind w:left="5664" w:firstLine="708"/>
        <w:jc w:val="both"/>
        <w:rPr>
          <w:i/>
          <w:iCs/>
          <w:sz w:val="24"/>
          <w:szCs w:val="24"/>
        </w:rPr>
      </w:pPr>
      <w:r w:rsidRPr="00B21B29">
        <w:rPr>
          <w:i/>
          <w:sz w:val="24"/>
          <w:szCs w:val="24"/>
          <w:lang w:val="ru-RU" w:eastAsia="ru-RU"/>
        </w:rPr>
        <w:t xml:space="preserve">«___» _________   __ </w:t>
      </w:r>
      <w:proofErr w:type="gramStart"/>
      <w:r w:rsidRPr="00B21B29">
        <w:rPr>
          <w:i/>
          <w:sz w:val="24"/>
          <w:szCs w:val="24"/>
          <w:lang w:val="ru-RU" w:eastAsia="ru-RU"/>
        </w:rPr>
        <w:t>г</w:t>
      </w:r>
      <w:proofErr w:type="gramEnd"/>
      <w:r w:rsidRPr="00B21B29">
        <w:rPr>
          <w:i/>
          <w:sz w:val="24"/>
          <w:szCs w:val="24"/>
          <w:lang w:val="ru-RU" w:eastAsia="ru-RU"/>
        </w:rPr>
        <w:t>.</w:t>
      </w:r>
    </w:p>
    <w:tbl>
      <w:tblPr>
        <w:tblW w:w="9862" w:type="dxa"/>
        <w:jc w:val="center"/>
        <w:tblInd w:w="-109" w:type="dxa"/>
        <w:tblLayout w:type="fixed"/>
        <w:tblLook w:val="04A0"/>
      </w:tblPr>
      <w:tblGrid>
        <w:gridCol w:w="9862"/>
      </w:tblGrid>
      <w:tr w:rsidR="00F46231" w:rsidRPr="00B21B29">
        <w:trPr>
          <w:trHeight w:val="405"/>
          <w:tblHeader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C86375">
            <w:pPr>
              <w:spacing w:line="276" w:lineRule="auto"/>
              <w:rPr>
                <w:sz w:val="24"/>
                <w:szCs w:val="24"/>
              </w:rPr>
            </w:pPr>
            <w:r w:rsidRPr="00B21B29">
              <w:rPr>
                <w:sz w:val="24"/>
                <w:szCs w:val="24"/>
                <w:lang w:val="ru-RU" w:eastAsia="ru-RU"/>
              </w:rPr>
              <w:t>Я,__________________________________________________________________________________________________________________________________</w:t>
            </w:r>
            <w:r w:rsidR="00B21B29">
              <w:rPr>
                <w:sz w:val="24"/>
                <w:szCs w:val="24"/>
                <w:lang w:val="ru-RU" w:eastAsia="ru-RU"/>
              </w:rPr>
              <w:t>______________________</w:t>
            </w:r>
          </w:p>
        </w:tc>
      </w:tr>
      <w:tr w:rsidR="00F46231" w:rsidRPr="00B21B29">
        <w:trPr>
          <w:trHeight w:val="300"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B21B2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21B29">
              <w:rPr>
                <w:sz w:val="24"/>
                <w:szCs w:val="24"/>
                <w:lang w:val="ru-RU" w:eastAsia="ru-RU"/>
              </w:rPr>
              <w:t>серия___________№______________</w:t>
            </w:r>
            <w:r w:rsidR="00B21B29">
              <w:rPr>
                <w:sz w:val="24"/>
                <w:szCs w:val="24"/>
                <w:lang w:val="ru-RU" w:eastAsia="ru-RU"/>
              </w:rPr>
              <w:t>_______________________________</w:t>
            </w:r>
            <w:proofErr w:type="gramStart"/>
            <w:r w:rsidRPr="00B21B29">
              <w:rPr>
                <w:sz w:val="24"/>
                <w:szCs w:val="24"/>
                <w:lang w:val="ru-RU" w:eastAsia="ru-RU"/>
              </w:rPr>
              <w:t>выдан</w:t>
            </w:r>
            <w:proofErr w:type="gramEnd"/>
            <w:r w:rsidRPr="00B21B29">
              <w:rPr>
                <w:sz w:val="24"/>
                <w:szCs w:val="24"/>
                <w:lang w:val="ru-RU" w:eastAsia="ru-RU"/>
              </w:rPr>
              <w:t>______________________________________________________________</w:t>
            </w:r>
            <w:r w:rsidR="00B21B29">
              <w:rPr>
                <w:sz w:val="24"/>
                <w:szCs w:val="24"/>
                <w:lang w:val="ru-RU" w:eastAsia="ru-RU"/>
              </w:rPr>
              <w:t>______________________________</w:t>
            </w:r>
          </w:p>
        </w:tc>
      </w:tr>
      <w:tr w:rsidR="00F46231" w:rsidRPr="00B21B29">
        <w:trPr>
          <w:trHeight w:val="300"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B21B29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B21B29">
              <w:rPr>
                <w:i/>
                <w:iCs/>
                <w:sz w:val="20"/>
                <w:szCs w:val="20"/>
                <w:lang w:val="ru-RU" w:eastAsia="ru-RU"/>
              </w:rPr>
              <w:t>(вид основного документа, удостоверяющего личность)</w:t>
            </w:r>
          </w:p>
        </w:tc>
      </w:tr>
      <w:tr w:rsidR="00F46231" w:rsidRPr="00B21B29">
        <w:trPr>
          <w:trHeight w:val="300"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B21B2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21B29">
              <w:rPr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___________________________________________________________________________________________________________________________________</w:t>
            </w:r>
            <w:r w:rsidR="00B21B29">
              <w:rPr>
                <w:sz w:val="24"/>
                <w:szCs w:val="24"/>
                <w:lang w:val="ru-RU" w:eastAsia="ru-RU"/>
              </w:rPr>
              <w:t>_____________________________</w:t>
            </w:r>
          </w:p>
        </w:tc>
      </w:tr>
      <w:tr w:rsidR="00F46231" w:rsidRPr="00B21B29">
        <w:trPr>
          <w:trHeight w:val="315"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B21B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21B29">
              <w:rPr>
                <w:i/>
                <w:iCs/>
                <w:sz w:val="20"/>
                <w:szCs w:val="20"/>
                <w:lang w:val="ru-RU" w:eastAsia="ru-RU"/>
              </w:rPr>
              <w:t>(орган и дата выдачи)</w:t>
            </w:r>
          </w:p>
        </w:tc>
      </w:tr>
      <w:tr w:rsidR="00F46231" w:rsidRPr="00B21B29">
        <w:trPr>
          <w:trHeight w:val="405"/>
          <w:jc w:val="center"/>
        </w:trPr>
        <w:tc>
          <w:tcPr>
            <w:tcW w:w="9862" w:type="dxa"/>
            <w:vAlign w:val="center"/>
          </w:tcPr>
          <w:p w:rsidR="00F46231" w:rsidRPr="00B21B29" w:rsidRDefault="00B21B29" w:rsidP="00C8637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21B29">
              <w:rPr>
                <w:sz w:val="24"/>
                <w:szCs w:val="24"/>
                <w:lang w:val="ru-RU" w:eastAsia="ru-RU"/>
              </w:rPr>
              <w:t>проживающи</w:t>
            </w:r>
            <w:proofErr w:type="gramStart"/>
            <w:r w:rsidRPr="00B21B29">
              <w:rPr>
                <w:sz w:val="24"/>
                <w:szCs w:val="24"/>
                <w:lang w:val="ru-RU" w:eastAsia="ru-RU"/>
              </w:rPr>
              <w:t>й(</w:t>
            </w:r>
            <w:proofErr w:type="spellStart"/>
            <w:proofErr w:type="gramEnd"/>
            <w:r w:rsidRPr="00B21B29">
              <w:rPr>
                <w:sz w:val="24"/>
                <w:szCs w:val="24"/>
                <w:lang w:val="ru-RU" w:eastAsia="ru-RU"/>
              </w:rPr>
              <w:t>ая</w:t>
            </w:r>
            <w:proofErr w:type="spellEnd"/>
            <w:r w:rsidRPr="00B21B29">
              <w:rPr>
                <w:sz w:val="24"/>
                <w:szCs w:val="24"/>
                <w:lang w:val="ru-RU" w:eastAsia="ru-RU"/>
              </w:rPr>
              <w:t xml:space="preserve">) по </w:t>
            </w:r>
            <w:r w:rsidR="00C86375" w:rsidRPr="00B21B29">
              <w:rPr>
                <w:sz w:val="24"/>
                <w:szCs w:val="24"/>
                <w:lang w:val="ru-RU" w:eastAsia="ru-RU"/>
              </w:rPr>
              <w:t>адресу:_______________________________________________________</w:t>
            </w:r>
          </w:p>
          <w:p w:rsidR="00F46231" w:rsidRPr="00B21B29" w:rsidRDefault="00C86375" w:rsidP="00B21B29">
            <w:pPr>
              <w:spacing w:line="276" w:lineRule="auto"/>
              <w:ind w:hanging="67"/>
              <w:rPr>
                <w:sz w:val="24"/>
                <w:szCs w:val="24"/>
              </w:rPr>
            </w:pPr>
            <w:r w:rsidRPr="00B21B29">
              <w:rPr>
                <w:sz w:val="24"/>
                <w:szCs w:val="24"/>
                <w:lang w:val="ru-RU" w:eastAsia="ru-RU"/>
              </w:rPr>
              <w:t>_______________________________________________________________</w:t>
            </w:r>
            <w:r w:rsidR="00B21B29">
              <w:rPr>
                <w:sz w:val="24"/>
                <w:szCs w:val="24"/>
                <w:lang w:val="ru-RU" w:eastAsia="ru-RU"/>
              </w:rPr>
              <w:t>___________</w:t>
            </w:r>
          </w:p>
        </w:tc>
      </w:tr>
      <w:tr w:rsidR="00F46231" w:rsidRPr="00B21B29">
        <w:trPr>
          <w:trHeight w:val="300"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C86375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B21B29">
              <w:rPr>
                <w:sz w:val="24"/>
                <w:szCs w:val="24"/>
                <w:lang w:val="ru-RU" w:eastAsia="ru-RU"/>
              </w:rPr>
              <w:t>в лице моего представителя (если есть) ____________________________________________________________________</w:t>
            </w:r>
            <w:r w:rsidR="00B21B29">
              <w:rPr>
                <w:sz w:val="24"/>
                <w:szCs w:val="24"/>
                <w:lang w:val="ru-RU" w:eastAsia="ru-RU"/>
              </w:rPr>
              <w:t>___________</w:t>
            </w:r>
          </w:p>
        </w:tc>
      </w:tr>
      <w:tr w:rsidR="00F46231" w:rsidRPr="00B21B29">
        <w:trPr>
          <w:trHeight w:val="300"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B21B2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21B29">
              <w:rPr>
                <w:sz w:val="24"/>
                <w:szCs w:val="24"/>
                <w:lang w:val="ru-RU" w:eastAsia="ru-RU"/>
              </w:rPr>
              <w:t>серия____________№____________________________________________</w:t>
            </w:r>
            <w:r w:rsidR="00B21B29">
              <w:rPr>
                <w:sz w:val="24"/>
                <w:szCs w:val="24"/>
                <w:lang w:val="ru-RU" w:eastAsia="ru-RU"/>
              </w:rPr>
              <w:t>_________________</w:t>
            </w:r>
            <w:r w:rsidRPr="00B21B29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1B29">
              <w:rPr>
                <w:sz w:val="24"/>
                <w:szCs w:val="24"/>
                <w:lang w:val="ru-RU" w:eastAsia="ru-RU"/>
              </w:rPr>
              <w:t>выдан</w:t>
            </w:r>
            <w:proofErr w:type="gramEnd"/>
            <w:r w:rsidRPr="00B21B29">
              <w:rPr>
                <w:sz w:val="24"/>
                <w:szCs w:val="24"/>
                <w:lang w:val="ru-RU" w:eastAsia="ru-RU"/>
              </w:rPr>
              <w:t>_______________________________</w:t>
            </w:r>
            <w:r w:rsidR="00B21B29">
              <w:rPr>
                <w:sz w:val="24"/>
                <w:szCs w:val="24"/>
                <w:lang w:val="ru-RU" w:eastAsia="ru-RU"/>
              </w:rPr>
              <w:t>___________________________________________</w:t>
            </w:r>
            <w:r w:rsidRPr="00B21B29">
              <w:rPr>
                <w:sz w:val="24"/>
                <w:szCs w:val="24"/>
                <w:lang w:val="ru-RU" w:eastAsia="ru-RU"/>
              </w:rPr>
              <w:t>_</w:t>
            </w:r>
          </w:p>
        </w:tc>
      </w:tr>
      <w:tr w:rsidR="00F46231" w:rsidRPr="00B21B29">
        <w:trPr>
          <w:trHeight w:val="300"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B21B29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B21B29">
              <w:rPr>
                <w:i/>
                <w:iCs/>
                <w:sz w:val="20"/>
                <w:szCs w:val="20"/>
                <w:lang w:val="ru-RU" w:eastAsia="ru-RU"/>
              </w:rPr>
              <w:t>(вид основного документа, удостоверяющего личность)</w:t>
            </w:r>
          </w:p>
        </w:tc>
      </w:tr>
      <w:tr w:rsidR="00F46231" w:rsidRPr="00B21B29">
        <w:trPr>
          <w:trHeight w:val="300"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B21B2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21B29">
              <w:rPr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_________________________________________________________________________________________________________________________________</w:t>
            </w:r>
            <w:r w:rsidR="00B21B29">
              <w:rPr>
                <w:sz w:val="24"/>
                <w:szCs w:val="24"/>
                <w:lang w:val="ru-RU" w:eastAsia="ru-RU"/>
              </w:rPr>
              <w:t>_____________________________</w:t>
            </w:r>
            <w:r w:rsidRPr="00B21B29">
              <w:rPr>
                <w:sz w:val="24"/>
                <w:szCs w:val="24"/>
                <w:lang w:val="ru-RU" w:eastAsia="ru-RU"/>
              </w:rPr>
              <w:t>__</w:t>
            </w:r>
          </w:p>
        </w:tc>
      </w:tr>
      <w:tr w:rsidR="00F46231" w:rsidRPr="00B21B29">
        <w:trPr>
          <w:trHeight w:val="300"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B21B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21B29">
              <w:rPr>
                <w:i/>
                <w:iCs/>
                <w:sz w:val="20"/>
                <w:szCs w:val="20"/>
                <w:lang w:val="ru-RU" w:eastAsia="ru-RU"/>
              </w:rPr>
              <w:t>(орган и дата выдачи)</w:t>
            </w:r>
          </w:p>
        </w:tc>
      </w:tr>
      <w:tr w:rsidR="00F46231" w:rsidRPr="00B21B29">
        <w:trPr>
          <w:trHeight w:val="375"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B21B2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21B29">
              <w:rPr>
                <w:sz w:val="24"/>
                <w:szCs w:val="24"/>
                <w:lang w:val="ru-RU" w:eastAsia="ru-RU"/>
              </w:rPr>
              <w:t>проживающи</w:t>
            </w:r>
            <w:proofErr w:type="gramStart"/>
            <w:r w:rsidRPr="00B21B29">
              <w:rPr>
                <w:sz w:val="24"/>
                <w:szCs w:val="24"/>
                <w:lang w:val="ru-RU" w:eastAsia="ru-RU"/>
              </w:rPr>
              <w:t>й(</w:t>
            </w:r>
            <w:proofErr w:type="spellStart"/>
            <w:proofErr w:type="gramEnd"/>
            <w:r w:rsidRPr="00B21B29">
              <w:rPr>
                <w:sz w:val="24"/>
                <w:szCs w:val="24"/>
                <w:lang w:val="ru-RU" w:eastAsia="ru-RU"/>
              </w:rPr>
              <w:t>ая</w:t>
            </w:r>
            <w:proofErr w:type="spellEnd"/>
            <w:r w:rsidRPr="00B21B29">
              <w:rPr>
                <w:sz w:val="24"/>
                <w:szCs w:val="24"/>
                <w:lang w:val="ru-RU" w:eastAsia="ru-RU"/>
              </w:rPr>
              <w:t>) по адресу:_______________________________________________________</w:t>
            </w:r>
          </w:p>
          <w:p w:rsidR="00F46231" w:rsidRPr="00B21B29" w:rsidRDefault="00C86375" w:rsidP="00C86375">
            <w:pPr>
              <w:spacing w:line="276" w:lineRule="auto"/>
              <w:rPr>
                <w:sz w:val="24"/>
                <w:szCs w:val="24"/>
              </w:rPr>
            </w:pPr>
            <w:r w:rsidRPr="00B21B29">
              <w:rPr>
                <w:sz w:val="24"/>
                <w:szCs w:val="24"/>
                <w:lang w:val="ru-RU" w:eastAsia="ru-RU"/>
              </w:rPr>
              <w:t>_______________________________________________________________</w:t>
            </w:r>
            <w:r w:rsidR="00B21B29">
              <w:rPr>
                <w:sz w:val="24"/>
                <w:szCs w:val="24"/>
                <w:lang w:val="ru-RU" w:eastAsia="ru-RU"/>
              </w:rPr>
              <w:t>___________</w:t>
            </w:r>
          </w:p>
        </w:tc>
      </w:tr>
      <w:tr w:rsidR="00F46231" w:rsidRPr="00B21B29">
        <w:trPr>
          <w:trHeight w:val="300"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B21B2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21B29">
              <w:rPr>
                <w:sz w:val="24"/>
                <w:szCs w:val="24"/>
                <w:lang w:val="ru-RU" w:eastAsia="ru-RU"/>
              </w:rPr>
              <w:t>действующи</w:t>
            </w:r>
            <w:proofErr w:type="gramStart"/>
            <w:r w:rsidRPr="00B21B29">
              <w:rPr>
                <w:sz w:val="24"/>
                <w:szCs w:val="24"/>
                <w:lang w:val="ru-RU" w:eastAsia="ru-RU"/>
              </w:rPr>
              <w:t>й(</w:t>
            </w:r>
            <w:proofErr w:type="spellStart"/>
            <w:proofErr w:type="gramEnd"/>
            <w:r w:rsidRPr="00B21B29">
              <w:rPr>
                <w:sz w:val="24"/>
                <w:szCs w:val="24"/>
                <w:lang w:val="ru-RU" w:eastAsia="ru-RU"/>
              </w:rPr>
              <w:t>ая</w:t>
            </w:r>
            <w:proofErr w:type="spellEnd"/>
            <w:r w:rsidRPr="00B21B29">
              <w:rPr>
                <w:sz w:val="24"/>
                <w:szCs w:val="24"/>
                <w:lang w:val="ru-RU" w:eastAsia="ru-RU"/>
              </w:rPr>
              <w:t>) на основании_____________________________________________________</w:t>
            </w:r>
          </w:p>
        </w:tc>
      </w:tr>
      <w:tr w:rsidR="00F46231" w:rsidRPr="00B21B29">
        <w:trPr>
          <w:trHeight w:val="300"/>
          <w:jc w:val="center"/>
        </w:trPr>
        <w:tc>
          <w:tcPr>
            <w:tcW w:w="9862" w:type="dxa"/>
            <w:vAlign w:val="center"/>
          </w:tcPr>
          <w:p w:rsidR="00F46231" w:rsidRPr="00B21B29" w:rsidRDefault="00C86375" w:rsidP="00C86375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B21B29">
              <w:rPr>
                <w:i/>
                <w:iCs/>
                <w:sz w:val="20"/>
                <w:szCs w:val="20"/>
                <w:lang w:val="ru-RU" w:eastAsia="ru-RU"/>
              </w:rPr>
              <w:t>(документ, подтверждающий полномочия представителя и его реквизиты)</w:t>
            </w:r>
          </w:p>
        </w:tc>
      </w:tr>
    </w:tbl>
    <w:p w:rsidR="00B21B29" w:rsidRPr="00B21B29" w:rsidRDefault="00B21B29">
      <w:pPr>
        <w:pStyle w:val="14"/>
        <w:spacing w:before="0" w:after="0"/>
        <w:jc w:val="both"/>
        <w:rPr>
          <w:sz w:val="24"/>
          <w:szCs w:val="24"/>
          <w:lang w:val="ru-RU" w:eastAsia="ru-RU"/>
        </w:rPr>
      </w:pPr>
    </w:p>
    <w:p w:rsidR="00F46231" w:rsidRPr="00B21B29" w:rsidRDefault="00C86375">
      <w:pPr>
        <w:pStyle w:val="14"/>
        <w:spacing w:before="0" w:after="0"/>
        <w:jc w:val="both"/>
        <w:rPr>
          <w:sz w:val="24"/>
          <w:szCs w:val="24"/>
          <w:lang w:val="ru-RU"/>
        </w:rPr>
      </w:pPr>
      <w:r w:rsidRPr="00B21B29">
        <w:rPr>
          <w:sz w:val="24"/>
          <w:szCs w:val="24"/>
          <w:lang w:val="ru-RU" w:eastAsia="ru-RU"/>
        </w:rPr>
        <w:t xml:space="preserve">принимаю решение о предоставлении своих персональных данных Фонду поддержки сельскохозяйственных инициатив ОГРН 1227700303104, ИНН: 9703089707 (юридический адрес: 123112, город Москва, Пресненская набережная, дом 10, строение 2, помещение 25В5Р) (далее – </w:t>
      </w:r>
      <w:r w:rsidRPr="00B21B29">
        <w:rPr>
          <w:b/>
          <w:bCs/>
          <w:sz w:val="24"/>
          <w:szCs w:val="24"/>
          <w:lang w:val="ru-RU" w:eastAsia="ru-RU"/>
        </w:rPr>
        <w:t>Фонд,</w:t>
      </w:r>
      <w:r w:rsidR="00B21B29">
        <w:rPr>
          <w:b/>
          <w:bCs/>
          <w:sz w:val="24"/>
          <w:szCs w:val="24"/>
          <w:lang w:val="ru-RU" w:eastAsia="ru-RU"/>
        </w:rPr>
        <w:t xml:space="preserve"> </w:t>
      </w:r>
      <w:r w:rsidRPr="00B21B29">
        <w:rPr>
          <w:b/>
          <w:bCs/>
          <w:sz w:val="24"/>
          <w:szCs w:val="24"/>
          <w:lang w:val="ru-RU" w:eastAsia="ru-RU"/>
        </w:rPr>
        <w:t>«Оператор персональных данных»</w:t>
      </w:r>
      <w:r w:rsidRPr="00B21B29">
        <w:rPr>
          <w:sz w:val="24"/>
          <w:szCs w:val="24"/>
          <w:lang w:val="ru-RU" w:eastAsia="ru-RU"/>
        </w:rPr>
        <w:t>) и даю согласие на их обработку свободно, своей волей и в своем интересе на указанных ниже условиях:</w:t>
      </w:r>
    </w:p>
    <w:p w:rsidR="00F46231" w:rsidRPr="00B21B29" w:rsidRDefault="00C86375" w:rsidP="00B97B43">
      <w:pPr>
        <w:pStyle w:val="14"/>
        <w:suppressAutoHyphens/>
        <w:spacing w:before="0" w:after="0"/>
        <w:ind w:left="142" w:right="340" w:firstLine="0"/>
        <w:jc w:val="both"/>
        <w:rPr>
          <w:sz w:val="24"/>
          <w:szCs w:val="24"/>
          <w:lang w:val="ru-RU"/>
        </w:rPr>
      </w:pPr>
      <w:r w:rsidRPr="00B21B29">
        <w:rPr>
          <w:sz w:val="24"/>
          <w:szCs w:val="24"/>
          <w:lang w:val="ru-RU" w:eastAsia="ru-RU"/>
        </w:rPr>
        <w:t>1. Целью обработки персональных данных является реализация уставных целей Фонда (развитие кадрового потенциала в сфере агропромышленного комплекса в рамках реализации Проекта Фонда «Школа Фермера»);</w:t>
      </w:r>
    </w:p>
    <w:p w:rsidR="00F46231" w:rsidRPr="00B21B29" w:rsidRDefault="00C86375" w:rsidP="00B97B43">
      <w:pPr>
        <w:pStyle w:val="14"/>
        <w:suppressAutoHyphens/>
        <w:spacing w:before="0" w:after="0"/>
        <w:ind w:left="142" w:right="340" w:firstLine="0"/>
        <w:jc w:val="both"/>
        <w:rPr>
          <w:sz w:val="24"/>
          <w:szCs w:val="24"/>
          <w:lang w:val="ru-RU"/>
        </w:rPr>
      </w:pPr>
      <w:r w:rsidRPr="00B21B29">
        <w:rPr>
          <w:sz w:val="24"/>
          <w:szCs w:val="24"/>
          <w:lang w:val="ru-RU" w:eastAsia="ru-RU"/>
        </w:rPr>
        <w:t>2. Согласие дается в отношении следующих персональных данных: фамилия, имя, отчество, пол, дата рождения, информация о гражданстве, адрес регистрации, адрес фактического места жительства или места пребывания, номер контактного телефона, сведения об образовании, реквизиты документа, удостоверяющего личность;</w:t>
      </w:r>
    </w:p>
    <w:p w:rsidR="00F46231" w:rsidRPr="00B21B29" w:rsidRDefault="00C86375" w:rsidP="00B97B43">
      <w:pPr>
        <w:pStyle w:val="14"/>
        <w:suppressAutoHyphens/>
        <w:spacing w:before="0" w:after="0"/>
        <w:ind w:left="142" w:right="340" w:firstLine="0"/>
        <w:jc w:val="both"/>
        <w:rPr>
          <w:sz w:val="24"/>
          <w:szCs w:val="24"/>
          <w:lang w:val="ru-RU"/>
        </w:rPr>
      </w:pPr>
      <w:r w:rsidRPr="00B21B29">
        <w:rPr>
          <w:sz w:val="24"/>
          <w:szCs w:val="24"/>
          <w:lang w:val="ru-RU" w:eastAsia="ru-RU"/>
        </w:rPr>
        <w:t xml:space="preserve">3. </w:t>
      </w:r>
      <w:proofErr w:type="gramStart"/>
      <w:r w:rsidRPr="00B21B29">
        <w:rPr>
          <w:sz w:val="24"/>
          <w:szCs w:val="24"/>
          <w:lang w:val="ru-RU" w:eastAsia="ru-RU"/>
        </w:rPr>
        <w:t>Согласие дается на следующие действия с персональными данными: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  <w:proofErr w:type="gramEnd"/>
    </w:p>
    <w:p w:rsidR="00F46231" w:rsidRPr="00B21B29" w:rsidRDefault="00C86375" w:rsidP="00B97B43">
      <w:pPr>
        <w:pStyle w:val="14"/>
        <w:suppressAutoHyphens/>
        <w:spacing w:before="0" w:after="0"/>
        <w:ind w:left="142" w:right="340" w:firstLine="0"/>
        <w:jc w:val="both"/>
        <w:rPr>
          <w:sz w:val="24"/>
          <w:szCs w:val="24"/>
          <w:lang w:val="ru-RU"/>
        </w:rPr>
      </w:pPr>
      <w:r w:rsidRPr="00B21B29">
        <w:rPr>
          <w:sz w:val="24"/>
          <w:szCs w:val="24"/>
          <w:lang w:val="ru-RU" w:eastAsia="ru-RU"/>
        </w:rPr>
        <w:t>4. Согласие на обработку персональных данных дается на 5 (пять) лет;</w:t>
      </w:r>
    </w:p>
    <w:p w:rsidR="00F46231" w:rsidRPr="00B21B29" w:rsidRDefault="00C86375" w:rsidP="00B97B43">
      <w:pPr>
        <w:pStyle w:val="14"/>
        <w:suppressAutoHyphens/>
        <w:spacing w:before="0" w:after="0"/>
        <w:ind w:left="142" w:right="340" w:firstLine="0"/>
        <w:jc w:val="both"/>
        <w:rPr>
          <w:sz w:val="24"/>
          <w:szCs w:val="24"/>
          <w:lang w:val="ru-RU"/>
        </w:rPr>
      </w:pPr>
      <w:r w:rsidRPr="00B21B29">
        <w:rPr>
          <w:sz w:val="24"/>
          <w:szCs w:val="24"/>
          <w:lang w:val="ru-RU" w:eastAsia="ru-RU"/>
        </w:rPr>
        <w:t xml:space="preserve">5. Согласие может быть отозвано путем направления письменного уведомления Оператору персональных данных с требованием о прекращении обработки персональных данных. </w:t>
      </w:r>
    </w:p>
    <w:p w:rsidR="00F46231" w:rsidRPr="00B21B29" w:rsidRDefault="00F46231" w:rsidP="00B97B43">
      <w:pPr>
        <w:pStyle w:val="14"/>
        <w:spacing w:before="0" w:after="0"/>
        <w:ind w:left="142" w:firstLine="0"/>
        <w:rPr>
          <w:sz w:val="24"/>
          <w:szCs w:val="24"/>
          <w:lang w:val="ru-RU"/>
        </w:rPr>
      </w:pPr>
    </w:p>
    <w:p w:rsidR="00F46231" w:rsidRPr="00B21B29" w:rsidRDefault="00C86375" w:rsidP="00B97B43">
      <w:pPr>
        <w:ind w:left="142" w:firstLine="0"/>
        <w:jc w:val="both"/>
        <w:rPr>
          <w:i/>
          <w:iCs/>
          <w:sz w:val="24"/>
          <w:szCs w:val="24"/>
          <w:lang w:val="ru-RU"/>
        </w:rPr>
      </w:pPr>
      <w:r w:rsidRPr="00B21B29">
        <w:rPr>
          <w:i/>
          <w:sz w:val="24"/>
          <w:szCs w:val="24"/>
          <w:lang w:val="ru-RU" w:eastAsia="ru-RU"/>
        </w:rPr>
        <w:t xml:space="preserve">______________________________________________  </w:t>
      </w:r>
      <w:r w:rsidR="00FE7C69">
        <w:rPr>
          <w:i/>
          <w:sz w:val="24"/>
          <w:szCs w:val="24"/>
          <w:lang w:val="ru-RU" w:eastAsia="ru-RU"/>
        </w:rPr>
        <w:t xml:space="preserve">                               </w:t>
      </w:r>
      <w:r w:rsidRPr="00B21B29">
        <w:rPr>
          <w:i/>
          <w:sz w:val="24"/>
          <w:szCs w:val="24"/>
          <w:lang w:val="ru-RU" w:eastAsia="ru-RU"/>
        </w:rPr>
        <w:t xml:space="preserve"> _____________</w:t>
      </w:r>
    </w:p>
    <w:p w:rsidR="00F46231" w:rsidRPr="00B21B29" w:rsidRDefault="00C86375" w:rsidP="00B97B43">
      <w:pPr>
        <w:ind w:left="142" w:firstLine="0"/>
        <w:jc w:val="both"/>
        <w:rPr>
          <w:i/>
          <w:iCs/>
          <w:sz w:val="24"/>
          <w:szCs w:val="24"/>
          <w:lang w:val="ru-RU"/>
        </w:rPr>
      </w:pPr>
      <w:r w:rsidRPr="00FE7C69">
        <w:rPr>
          <w:i/>
          <w:iCs/>
          <w:sz w:val="20"/>
          <w:szCs w:val="20"/>
          <w:lang w:val="ru-RU" w:eastAsia="ru-RU"/>
        </w:rPr>
        <w:tab/>
        <w:t>(фамилия, имя, отчество полностью)</w:t>
      </w:r>
      <w:r w:rsidRPr="00FE7C69">
        <w:rPr>
          <w:i/>
          <w:iCs/>
          <w:sz w:val="20"/>
          <w:szCs w:val="20"/>
          <w:lang w:val="ru-RU" w:eastAsia="ru-RU"/>
        </w:rPr>
        <w:tab/>
      </w:r>
      <w:r w:rsidRPr="00FE7C69">
        <w:rPr>
          <w:i/>
          <w:iCs/>
          <w:sz w:val="20"/>
          <w:szCs w:val="20"/>
          <w:lang w:val="ru-RU" w:eastAsia="ru-RU"/>
        </w:rPr>
        <w:tab/>
      </w:r>
      <w:r w:rsidRPr="00FE7C69">
        <w:rPr>
          <w:i/>
          <w:iCs/>
          <w:sz w:val="20"/>
          <w:szCs w:val="20"/>
          <w:lang w:val="ru-RU" w:eastAsia="ru-RU"/>
        </w:rPr>
        <w:tab/>
      </w:r>
      <w:r w:rsidRPr="00FE7C69">
        <w:rPr>
          <w:i/>
          <w:iCs/>
          <w:sz w:val="20"/>
          <w:szCs w:val="20"/>
          <w:lang w:val="ru-RU" w:eastAsia="ru-RU"/>
        </w:rPr>
        <w:tab/>
      </w:r>
      <w:r w:rsidRPr="00FE7C69">
        <w:rPr>
          <w:i/>
          <w:iCs/>
          <w:sz w:val="20"/>
          <w:szCs w:val="20"/>
          <w:lang w:val="ru-RU" w:eastAsia="ru-RU"/>
        </w:rPr>
        <w:tab/>
      </w:r>
      <w:r w:rsidRPr="00FE7C69">
        <w:rPr>
          <w:i/>
          <w:iCs/>
          <w:sz w:val="20"/>
          <w:szCs w:val="20"/>
          <w:lang w:val="ru-RU" w:eastAsia="ru-RU"/>
        </w:rPr>
        <w:tab/>
        <w:t>(подпись</w:t>
      </w:r>
      <w:r w:rsidRPr="00B21B29">
        <w:rPr>
          <w:i/>
          <w:iCs/>
          <w:sz w:val="24"/>
          <w:szCs w:val="24"/>
          <w:lang w:val="ru-RU" w:eastAsia="ru-RU"/>
        </w:rPr>
        <w:t>)</w:t>
      </w:r>
    </w:p>
    <w:sectPr w:rsidR="00F46231" w:rsidRPr="00B21B29" w:rsidSect="00B97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276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B29" w:rsidRDefault="00B21B29" w:rsidP="00F46231">
      <w:pPr>
        <w:spacing w:line="240" w:lineRule="auto"/>
      </w:pPr>
      <w:r>
        <w:separator/>
      </w:r>
    </w:p>
  </w:endnote>
  <w:endnote w:type="continuationSeparator" w:id="1">
    <w:p w:rsidR="00B21B29" w:rsidRDefault="00B21B29" w:rsidP="00F462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29" w:rsidRDefault="00B21B2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29" w:rsidRDefault="00B21B2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29" w:rsidRDefault="00B2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B29" w:rsidRDefault="00B21B29" w:rsidP="00F46231">
      <w:pPr>
        <w:spacing w:line="240" w:lineRule="auto"/>
      </w:pPr>
      <w:r>
        <w:separator/>
      </w:r>
    </w:p>
  </w:footnote>
  <w:footnote w:type="continuationSeparator" w:id="1">
    <w:p w:rsidR="00B21B29" w:rsidRDefault="00B21B29" w:rsidP="00F4623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29" w:rsidRDefault="00B21B2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29" w:rsidRDefault="00B21B2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29" w:rsidRDefault="00B21B2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</w:abstractNum>
  <w:abstractNum w:abstractNumId="9">
    <w:nsid w:val="36E2392D"/>
    <w:multiLevelType w:val="multilevel"/>
    <w:tmpl w:val="63E8155C"/>
    <w:lvl w:ilvl="0">
      <w:start w:val="3"/>
      <w:numFmt w:val="decimal"/>
      <w:isLgl/>
      <w:lvlText w:val="%1."/>
      <w:lvlJc w:val="left"/>
      <w:pPr>
        <w:tabs>
          <w:tab w:val="num" w:pos="0"/>
        </w:tabs>
        <w:ind w:left="450" w:hanging="45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571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422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633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4484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569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6906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7757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8968" w:hanging="2160"/>
      </w:pPr>
      <w:rPr>
        <w:color w:val="auto"/>
      </w:rPr>
    </w:lvl>
  </w:abstractNum>
  <w:abstractNum w:abstractNumId="10">
    <w:nsid w:val="41144C8A"/>
    <w:multiLevelType w:val="multilevel"/>
    <w:tmpl w:val="0B4474C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211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571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eastAsia="Times New Roman" w:hAnsi="Times New Roman" w:cs="Times New Roman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31" w:hanging="1080"/>
      </w:pPr>
      <w:rPr>
        <w:rFonts w:ascii="Times New Roman" w:eastAsia="Times New Roman" w:hAnsi="Times New Roman" w:cs="Times New Roman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931" w:hanging="1080"/>
      </w:pPr>
      <w:rPr>
        <w:rFonts w:ascii="Times New Roman" w:eastAsia="Times New Roman" w:hAnsi="Times New Roman" w:cs="Times New Roman"/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91" w:hanging="1440"/>
      </w:pPr>
      <w:rPr>
        <w:rFonts w:ascii="Times New Roman" w:eastAsia="Times New Roman" w:hAnsi="Times New Roman" w:cs="Times New Roman"/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651" w:hanging="1800"/>
      </w:pPr>
      <w:rPr>
        <w:rFonts w:ascii="Times New Roman" w:eastAsia="Times New Roman" w:hAnsi="Times New Roman" w:cs="Times New Roman"/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651" w:hanging="1800"/>
      </w:pPr>
      <w:rPr>
        <w:rFonts w:ascii="Times New Roman" w:eastAsia="Times New Roman" w:hAnsi="Times New Roman" w:cs="Times New Roman"/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011" w:hanging="216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11">
    <w:nsid w:val="494A5D1C"/>
    <w:multiLevelType w:val="multilevel"/>
    <w:tmpl w:val="712AF14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</w:abstractNum>
  <w:abstractNum w:abstractNumId="12">
    <w:nsid w:val="6B20089F"/>
    <w:multiLevelType w:val="multilevel"/>
    <w:tmpl w:val="BFBC366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 w:hint="default"/>
      </w:rPr>
    </w:lvl>
    <w:lvl w:ilvl="8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Times New Roman" w:eastAsia="Times New Roman" w:hAnsi="Times New Roman" w:cs="Times New Roman" w:hint="default"/>
      </w:rPr>
    </w:lvl>
  </w:abstractNum>
  <w:abstractNum w:abstractNumId="13">
    <w:nsid w:val="6EB86388"/>
    <w:multiLevelType w:val="multilevel"/>
    <w:tmpl w:val="2D0EB916"/>
    <w:lvl w:ilvl="0">
      <w:start w:val="4"/>
      <w:numFmt w:val="decimal"/>
      <w:isLgl/>
      <w:lvlText w:val="%1."/>
      <w:lvlJc w:val="left"/>
      <w:pPr>
        <w:tabs>
          <w:tab w:val="num" w:pos="0"/>
        </w:tabs>
        <w:ind w:left="450" w:hanging="45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571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422" w:hanging="720"/>
      </w:pPr>
      <w:rPr>
        <w:rFonts w:ascii="Times New Roman" w:eastAsia="Times New Roman" w:hAnsi="Times New Roman" w:cs="Times New Roman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633" w:hanging="1080"/>
      </w:pPr>
      <w:rPr>
        <w:rFonts w:ascii="Times New Roman" w:eastAsia="Times New Roman" w:hAnsi="Times New Roman" w:cs="Times New Roman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4484" w:hanging="1080"/>
      </w:pPr>
      <w:rPr>
        <w:rFonts w:ascii="Times New Roman" w:eastAsia="Times New Roman" w:hAnsi="Times New Roman" w:cs="Times New Roman"/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eastAsia="Times New Roman" w:hAnsi="Times New Roman" w:cs="Times New Roman"/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6906" w:hanging="1800"/>
      </w:pPr>
      <w:rPr>
        <w:rFonts w:ascii="Times New Roman" w:eastAsia="Times New Roman" w:hAnsi="Times New Roman" w:cs="Times New Roman"/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eastAsia="Times New Roman" w:hAnsi="Times New Roman" w:cs="Times New Roman"/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8968" w:hanging="216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14">
    <w:nsid w:val="738343AD"/>
    <w:multiLevelType w:val="multilevel"/>
    <w:tmpl w:val="0DCA56CA"/>
    <w:lvl w:ilvl="0">
      <w:start w:val="2"/>
      <w:numFmt w:val="decimal"/>
      <w:isLgl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9291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5">
    <w:nsid w:val="78300F80"/>
    <w:multiLevelType w:val="multilevel"/>
    <w:tmpl w:val="C072544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10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13"/>
  </w:num>
  <w:num w:numId="16">
    <w:abstractNumId w:val="15"/>
  </w:num>
  <w:num w:numId="17">
    <w:abstractNumId w:val="1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29639D"/>
    <w:rsid w:val="00326F90"/>
    <w:rsid w:val="00AA1D8D"/>
    <w:rsid w:val="00B21B29"/>
    <w:rsid w:val="00B47730"/>
    <w:rsid w:val="00B97B43"/>
    <w:rsid w:val="00C86375"/>
    <w:rsid w:val="00CB0664"/>
    <w:rsid w:val="00F46231"/>
    <w:rsid w:val="00FC693F"/>
    <w:rsid w:val="00FE7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theme="minorBidi"/>
        <w:sz w:val="28"/>
        <w:szCs w:val="28"/>
        <w:lang w:val="en-US" w:eastAsia="en-US" w:bidi="ar-SA"/>
      </w:rPr>
    </w:rPrDefault>
    <w:pPrDefault>
      <w:pPr>
        <w:spacing w:after="200" w:line="31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  <w:ind w:firstLine="709"/>
    </w:pPr>
    <w:rPr>
      <w:rFonts w:cs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20"/>
      <w:ind w:firstLine="0"/>
      <w:outlineLvl w:val="0"/>
    </w:pPr>
    <w:rPr>
      <w:rFonts w:cstheme="majorBidi"/>
      <w:b/>
      <w:bCs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60"/>
      <w:ind w:firstLine="0"/>
      <w:outlineLvl w:val="1"/>
    </w:pPr>
    <w:rPr>
      <w:rFonts w:cstheme="majorBidi"/>
      <w:b/>
      <w:bCs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cstheme="majorBidi"/>
      <w:b/>
      <w:bCs/>
      <w:i/>
      <w:i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cstheme="majorBidi"/>
      <w:i/>
      <w:i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cstheme="majorBidi"/>
      <w:i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cstheme="majorBidi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cstheme="majorBidi"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  <w:rPr>
      <w:rFonts w:ascii="Times New Roman" w:eastAsia="Times New Roman" w:hAnsi="Times New Roman" w:cs="Times New Roman"/>
      <w:color w:val="auto"/>
      <w:sz w:val="28"/>
    </w:rPr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  <w:rPr>
      <w:rFonts w:ascii="Times New Roman" w:eastAsia="Times New Roman" w:hAnsi="Times New Roman" w:cs="Times New Roman"/>
      <w:color w:val="auto"/>
      <w:sz w:val="28"/>
    </w:rPr>
  </w:style>
  <w:style w:type="paragraph" w:styleId="a9">
    <w:name w:val="No Spacing"/>
    <w:uiPriority w:val="1"/>
    <w:qFormat/>
    <w:rsid w:val="00FC693F"/>
    <w:pPr>
      <w:spacing w:after="0"/>
    </w:pPr>
    <w:rPr>
      <w:rFonts w:cs="Times New Roman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="Times New Roman" w:eastAsia="Times New Roman" w:hAnsi="Times New Roman" w:cstheme="majorBidi"/>
      <w:b/>
      <w:bCs/>
      <w:color w:val="auto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="Times New Roman" w:eastAsia="Times New Roman" w:hAnsi="Times New Roman" w:cstheme="majorBidi"/>
      <w:b/>
      <w:bCs/>
      <w:color w:val="auto"/>
      <w:sz w:val="28"/>
      <w:szCs w:val="28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="Times New Roman" w:eastAsia="Times New Roman" w:hAnsi="Times New Roman" w:cstheme="majorBidi"/>
      <w:b/>
      <w:bCs/>
      <w:color w:val="auto"/>
      <w:sz w:val="28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cstheme="majorBidi"/>
      <w:spacing w:val="5"/>
      <w:kern w:val="28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="Times New Roman" w:eastAsia="Times New Roman" w:hAnsi="Times New Roman" w:cstheme="majorBidi"/>
      <w:color w:val="auto"/>
      <w:spacing w:val="5"/>
      <w:kern w:val="28"/>
      <w:sz w:val="28"/>
      <w:szCs w:val="28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cstheme="majorBidi"/>
      <w:i/>
      <w:iCs/>
      <w:spacing w:val="15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="Times New Roman" w:eastAsia="Times New Roman" w:hAnsi="Times New Roman" w:cstheme="majorBidi"/>
      <w:i/>
      <w:iCs/>
      <w:color w:val="auto"/>
      <w:spacing w:val="15"/>
      <w:sz w:val="28"/>
      <w:szCs w:val="28"/>
    </w:rPr>
  </w:style>
  <w:style w:type="paragraph" w:styleId="ae">
    <w:name w:val="List Paragraph"/>
    <w:basedOn w:val="a1"/>
    <w:qFormat/>
    <w:rsid w:val="00F46231"/>
    <w:pPr>
      <w:ind w:left="720" w:firstLine="0"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  <w:rPr>
      <w:rFonts w:ascii="Times New Roman" w:eastAsia="Times New Roman" w:hAnsi="Times New Roman" w:cs="Times New Roman"/>
      <w:color w:val="auto"/>
      <w:sz w:val="28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/>
    </w:pPr>
  </w:style>
  <w:style w:type="character" w:customStyle="1" w:styleId="24">
    <w:name w:val="Основной текст 2 Знак"/>
    <w:basedOn w:val="a2"/>
    <w:link w:val="23"/>
    <w:uiPriority w:val="99"/>
    <w:rsid w:val="00AA1D8D"/>
    <w:rPr>
      <w:rFonts w:ascii="Times New Roman" w:eastAsia="Times New Roman" w:hAnsi="Times New Roman" w:cs="Times New Roman"/>
      <w:color w:val="auto"/>
      <w:sz w:val="28"/>
    </w:rPr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</w:style>
  <w:style w:type="character" w:customStyle="1" w:styleId="34">
    <w:name w:val="Основной текст 3 Знак"/>
    <w:basedOn w:val="a2"/>
    <w:link w:val="33"/>
    <w:uiPriority w:val="99"/>
    <w:rsid w:val="00AA1D8D"/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cs="Times New Roman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</w:rPr>
  </w:style>
  <w:style w:type="character" w:customStyle="1" w:styleId="28">
    <w:name w:val="Цитата 2 Знак"/>
    <w:basedOn w:val="a2"/>
    <w:link w:val="27"/>
    <w:uiPriority w:val="29"/>
    <w:rsid w:val="00FC693F"/>
    <w:rPr>
      <w:rFonts w:ascii="Times New Roman" w:eastAsia="Times New Roman" w:hAnsi="Times New Roman" w:cs="Times New Roman"/>
      <w:i/>
      <w:iCs/>
      <w:color w:val="auto"/>
      <w:sz w:val="28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="Times New Roman" w:eastAsia="Times New Roman" w:hAnsi="Times New Roman" w:cstheme="majorBidi"/>
      <w:b/>
      <w:bCs/>
      <w:i/>
      <w:iCs/>
      <w:color w:val="auto"/>
      <w:sz w:val="28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="Times New Roman" w:eastAsia="Times New Roman" w:hAnsi="Times New Roman" w:cstheme="majorBidi"/>
      <w:color w:val="auto"/>
      <w:sz w:val="28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="Times New Roman" w:eastAsia="Times New Roman" w:hAnsi="Times New Roman" w:cstheme="majorBidi"/>
      <w:i/>
      <w:iCs/>
      <w:color w:val="auto"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="Times New Roman" w:eastAsia="Times New Roman" w:hAnsi="Times New Roman" w:cstheme="majorBidi"/>
      <w:i/>
      <w:iCs/>
      <w:color w:val="auto"/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="Times New Roman" w:eastAsia="Times New Roman" w:hAnsi="Times New Roman" w:cstheme="majorBidi"/>
      <w:color w:val="auto"/>
      <w:sz w:val="28"/>
      <w:szCs w:val="28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="Times New Roman" w:eastAsia="Times New Roman" w:hAnsi="Times New Roman" w:cstheme="majorBidi"/>
      <w:i/>
      <w:iCs/>
      <w:color w:val="auto"/>
      <w:sz w:val="28"/>
      <w:szCs w:val="28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</w:rPr>
  </w:style>
  <w:style w:type="character" w:styleId="af6">
    <w:name w:val="Strong"/>
    <w:basedOn w:val="a2"/>
    <w:uiPriority w:val="22"/>
    <w:qFormat/>
    <w:rsid w:val="00FC693F"/>
    <w:rPr>
      <w:rFonts w:ascii="Times New Roman" w:eastAsia="Times New Roman" w:hAnsi="Times New Roman" w:cs="Times New Roman"/>
      <w:b/>
      <w:bCs/>
      <w:color w:val="auto"/>
      <w:sz w:val="28"/>
    </w:rPr>
  </w:style>
  <w:style w:type="character" w:styleId="af7">
    <w:name w:val="Emphasis"/>
    <w:basedOn w:val="a2"/>
    <w:uiPriority w:val="20"/>
    <w:qFormat/>
    <w:rsid w:val="00FC693F"/>
    <w:rPr>
      <w:rFonts w:ascii="Times New Roman" w:eastAsia="Times New Roman" w:hAnsi="Times New Roman" w:cs="Times New Roman"/>
      <w:i/>
      <w:iCs/>
      <w:color w:val="auto"/>
      <w:sz w:val="28"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rFonts w:ascii="Times New Roman" w:eastAsia="Times New Roman" w:hAnsi="Times New Roman" w:cs="Times New Roman"/>
      <w:b/>
      <w:bCs/>
      <w:i/>
      <w:iCs/>
      <w:color w:val="auto"/>
      <w:sz w:val="28"/>
    </w:rPr>
  </w:style>
  <w:style w:type="character" w:styleId="afa">
    <w:name w:val="Subtle Emphasis"/>
    <w:basedOn w:val="a2"/>
    <w:uiPriority w:val="19"/>
    <w:qFormat/>
    <w:rsid w:val="00FC693F"/>
    <w:rPr>
      <w:rFonts w:ascii="Times New Roman" w:eastAsia="Times New Roman" w:hAnsi="Times New Roman" w:cs="Times New Roman"/>
      <w:i/>
      <w:iCs/>
      <w:color w:val="auto"/>
      <w:sz w:val="28"/>
    </w:rPr>
  </w:style>
  <w:style w:type="character" w:styleId="afb">
    <w:name w:val="Intense Emphasis"/>
    <w:basedOn w:val="a2"/>
    <w:uiPriority w:val="21"/>
    <w:qFormat/>
    <w:rsid w:val="00FC693F"/>
    <w:rPr>
      <w:rFonts w:ascii="Times New Roman" w:eastAsia="Times New Roman" w:hAnsi="Times New Roman" w:cs="Times New Roman"/>
      <w:b/>
      <w:bCs/>
      <w:i/>
      <w:iCs/>
      <w:color w:val="auto"/>
      <w:sz w:val="28"/>
    </w:rPr>
  </w:style>
  <w:style w:type="character" w:styleId="afc">
    <w:name w:val="Subtle Reference"/>
    <w:basedOn w:val="a2"/>
    <w:uiPriority w:val="31"/>
    <w:qFormat/>
    <w:rsid w:val="00FC693F"/>
    <w:rPr>
      <w:rFonts w:ascii="Times New Roman" w:eastAsia="Times New Roman" w:hAnsi="Times New Roman" w:cs="Times New Roman"/>
      <w:smallCaps/>
      <w:color w:val="auto"/>
      <w:sz w:val="28"/>
      <w:u w:val="single"/>
    </w:rPr>
  </w:style>
  <w:style w:type="character" w:styleId="afd">
    <w:name w:val="Intense Reference"/>
    <w:basedOn w:val="a2"/>
    <w:uiPriority w:val="32"/>
    <w:qFormat/>
    <w:rsid w:val="00FC693F"/>
    <w:rPr>
      <w:rFonts w:ascii="Times New Roman" w:eastAsia="Times New Roman" w:hAnsi="Times New Roman" w:cs="Times New Roman"/>
      <w:b/>
      <w:bCs/>
      <w:smallCaps/>
      <w:color w:val="auto"/>
      <w:spacing w:val="5"/>
      <w:sz w:val="28"/>
      <w:u w:val="single"/>
    </w:rPr>
  </w:style>
  <w:style w:type="character" w:styleId="afe">
    <w:name w:val="Book Title"/>
    <w:basedOn w:val="a2"/>
    <w:uiPriority w:val="33"/>
    <w:qFormat/>
    <w:rsid w:val="00FC693F"/>
    <w:rPr>
      <w:rFonts w:ascii="Times New Roman" w:eastAsia="Times New Roman" w:hAnsi="Times New Roman" w:cs="Times New Roman"/>
      <w:b/>
      <w:bCs/>
      <w:smallCaps/>
      <w:color w:val="auto"/>
      <w:spacing w:val="5"/>
      <w:sz w:val="28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cs="Times New Roman"/>
    </w:rPr>
  </w:style>
  <w:style w:type="table" w:styleId="aff0">
    <w:name w:val="Table Grid"/>
    <w:basedOn w:val="a3"/>
    <w:uiPriority w:val="59"/>
    <w:rsid w:val="00FC693F"/>
    <w:pPr>
      <w:spacing w:after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-1">
    <w:name w:val="Light Shading Accent 1"/>
    <w:basedOn w:val="a3"/>
    <w:uiPriority w:val="60"/>
    <w:rsid w:val="00FC693F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-2">
    <w:name w:val="Light Shading Accent 2"/>
    <w:basedOn w:val="a3"/>
    <w:uiPriority w:val="60"/>
    <w:rsid w:val="00FC693F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-3">
    <w:name w:val="Light Shading Accent 3"/>
    <w:basedOn w:val="a3"/>
    <w:uiPriority w:val="60"/>
    <w:rsid w:val="00FC693F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-4">
    <w:name w:val="Light Shading Accent 4"/>
    <w:basedOn w:val="a3"/>
    <w:uiPriority w:val="60"/>
    <w:rsid w:val="00FC693F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-5">
    <w:name w:val="Light Shading Accent 5"/>
    <w:basedOn w:val="a3"/>
    <w:uiPriority w:val="60"/>
    <w:rsid w:val="00FC693F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-6">
    <w:name w:val="Light Shading Accent 6"/>
    <w:basedOn w:val="a3"/>
    <w:uiPriority w:val="60"/>
    <w:rsid w:val="00FC693F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aff2">
    <w:name w:val="Light List"/>
    <w:basedOn w:val="a3"/>
    <w:uiPriority w:val="61"/>
    <w:rsid w:val="00FC693F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Times New Roman" w:eastAsia="Times New Roman" w:hAnsi="Times New Roman" w:cstheme="majorBidi"/>
        <w:b/>
        <w:bCs/>
      </w:rPr>
    </w:tblStylePr>
    <w:tblStylePr w:type="lastCol"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Times New Roman" w:eastAsia="Times New Roman" w:hAnsi="Times New Roman" w:cstheme="majorBidi"/>
        <w:b/>
        <w:bCs/>
      </w:rPr>
    </w:tblStylePr>
    <w:tblStylePr w:type="lastCol"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Times New Roman" w:eastAsia="Times New Roman" w:hAnsi="Times New Roman" w:cstheme="majorBidi"/>
        <w:b/>
        <w:bCs/>
      </w:rPr>
    </w:tblStylePr>
    <w:tblStylePr w:type="lastCol"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Times New Roman" w:eastAsia="Times New Roman" w:hAnsi="Times New Roman" w:cstheme="majorBidi"/>
        <w:b/>
        <w:bCs/>
      </w:rPr>
    </w:tblStylePr>
    <w:tblStylePr w:type="lastCol"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Times New Roman" w:eastAsia="Times New Roman" w:hAnsi="Times New Roman" w:cstheme="majorBidi"/>
        <w:b/>
        <w:bCs/>
      </w:rPr>
    </w:tblStylePr>
    <w:tblStylePr w:type="lastCol"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Times New Roman" w:eastAsia="Times New Roman" w:hAnsi="Times New Roman" w:cstheme="majorBidi"/>
        <w:b/>
        <w:bCs/>
      </w:rPr>
    </w:tblStylePr>
    <w:tblStylePr w:type="lastCol"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319" w:lineRule="auto"/>
      </w:pPr>
      <w:rPr>
        <w:rFonts w:ascii="Times New Roman" w:eastAsia="Times New Roman" w:hAnsi="Times New Roman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Times New Roman" w:eastAsia="Times New Roman" w:hAnsi="Times New Roman" w:cstheme="majorBidi"/>
        <w:b/>
        <w:bCs/>
      </w:rPr>
    </w:tblStylePr>
    <w:tblStylePr w:type="lastCol">
      <w:rPr>
        <w:rFonts w:ascii="Times New Roman" w:eastAsia="Times New Roman" w:hAnsi="Times New Roman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</w:style>
  <w:style w:type="table" w:styleId="1-10">
    <w:name w:val="Medium List 1 Accent 1"/>
    <w:basedOn w:val="a3"/>
    <w:uiPriority w:val="65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</w:style>
  <w:style w:type="table" w:styleId="1-20">
    <w:name w:val="Medium List 1 Accent 2"/>
    <w:basedOn w:val="a3"/>
    <w:uiPriority w:val="65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</w:style>
  <w:style w:type="table" w:styleId="1-30">
    <w:name w:val="Medium List 1 Accent 3"/>
    <w:basedOn w:val="a3"/>
    <w:uiPriority w:val="65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</w:style>
  <w:style w:type="table" w:styleId="1-40">
    <w:name w:val="Medium List 1 Accent 4"/>
    <w:basedOn w:val="a3"/>
    <w:uiPriority w:val="65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</w:style>
  <w:style w:type="table" w:styleId="1-50">
    <w:name w:val="Medium List 1 Accent 5"/>
    <w:basedOn w:val="a3"/>
    <w:uiPriority w:val="65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</w:style>
  <w:style w:type="table" w:styleId="1-60">
    <w:name w:val="Medium List 1 Accent 6"/>
    <w:basedOn w:val="a3"/>
    <w:uiPriority w:val="65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</w:style>
  <w:style w:type="table" w:styleId="2a">
    <w:name w:val="Medium List 2"/>
    <w:basedOn w:val="a3"/>
    <w:uiPriority w:val="66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1">
    <w:name w:val="Medium Grid 1 Accent 1"/>
    <w:basedOn w:val="a3"/>
    <w:uiPriority w:val="67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1">
    <w:name w:val="Medium Grid 1 Accent 2"/>
    <w:basedOn w:val="a3"/>
    <w:uiPriority w:val="67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1">
    <w:name w:val="Medium Grid 1 Accent 3"/>
    <w:basedOn w:val="a3"/>
    <w:uiPriority w:val="67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1">
    <w:name w:val="Medium Grid 1 Accent 4"/>
    <w:basedOn w:val="a3"/>
    <w:uiPriority w:val="67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1">
    <w:name w:val="Medium Grid 1 Accent 5"/>
    <w:basedOn w:val="a3"/>
    <w:uiPriority w:val="67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1">
    <w:name w:val="Medium Grid 1 Accent 6"/>
    <w:basedOn w:val="a3"/>
    <w:uiPriority w:val="67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b">
    <w:name w:val="Medium Grid 2"/>
    <w:basedOn w:val="a3"/>
    <w:uiPriority w:val="68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/>
    </w:pPr>
    <w:rPr>
      <w:rFonts w:cstheme="majorBid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3-1">
    <w:name w:val="Medium Grid 3 Accent 1"/>
    <w:basedOn w:val="a3"/>
    <w:uiPriority w:val="69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3-2">
    <w:name w:val="Medium Grid 3 Accent 2"/>
    <w:basedOn w:val="a3"/>
    <w:uiPriority w:val="69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3-3">
    <w:name w:val="Medium Grid 3 Accent 3"/>
    <w:basedOn w:val="a3"/>
    <w:uiPriority w:val="69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3-4">
    <w:name w:val="Medium Grid 3 Accent 4"/>
    <w:basedOn w:val="a3"/>
    <w:uiPriority w:val="69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3-5">
    <w:name w:val="Medium Grid 3 Accent 5"/>
    <w:basedOn w:val="a3"/>
    <w:uiPriority w:val="69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3-6">
    <w:name w:val="Medium Grid 3 Accent 6"/>
    <w:basedOn w:val="a3"/>
    <w:uiPriority w:val="69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aff4">
    <w:name w:val="Dark List"/>
    <w:basedOn w:val="a3"/>
    <w:uiPriority w:val="70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12">
    <w:name w:val="Dark List Accent 1"/>
    <w:basedOn w:val="a3"/>
    <w:uiPriority w:val="70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22">
    <w:name w:val="Dark List Accent 2"/>
    <w:basedOn w:val="a3"/>
    <w:uiPriority w:val="70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32">
    <w:name w:val="Dark List Accent 3"/>
    <w:basedOn w:val="a3"/>
    <w:uiPriority w:val="70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42">
    <w:name w:val="Dark List Accent 4"/>
    <w:basedOn w:val="a3"/>
    <w:uiPriority w:val="70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52">
    <w:name w:val="Dark List Accent 5"/>
    <w:basedOn w:val="a3"/>
    <w:uiPriority w:val="70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62">
    <w:name w:val="Dark List Accent 6"/>
    <w:basedOn w:val="a3"/>
    <w:uiPriority w:val="70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aff5">
    <w:name w:val="Colorful Shading"/>
    <w:basedOn w:val="a3"/>
    <w:uiPriority w:val="71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eCell">
      <w:rPr>
        <w:color w:val="auto"/>
      </w:rPr>
    </w:tblStylePr>
    <w:tblStylePr w:type="nwCell">
      <w:rPr>
        <w:color w:val="auto"/>
      </w:rPr>
    </w:tblStylePr>
  </w:style>
  <w:style w:type="table" w:styleId="-13">
    <w:name w:val="Colorful Shading Accent 1"/>
    <w:basedOn w:val="a3"/>
    <w:uiPriority w:val="71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eCell">
      <w:rPr>
        <w:color w:val="auto"/>
      </w:rPr>
    </w:tblStylePr>
    <w:tblStylePr w:type="nwCell">
      <w:rPr>
        <w:color w:val="auto"/>
      </w:rPr>
    </w:tblStylePr>
  </w:style>
  <w:style w:type="table" w:styleId="-23">
    <w:name w:val="Colorful Shading Accent 2"/>
    <w:basedOn w:val="a3"/>
    <w:uiPriority w:val="71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eCell">
      <w:rPr>
        <w:color w:val="auto"/>
      </w:rPr>
    </w:tblStylePr>
    <w:tblStylePr w:type="nwCell">
      <w:rPr>
        <w:color w:val="auto"/>
      </w:rPr>
    </w:tblStylePr>
  </w:style>
  <w:style w:type="table" w:styleId="-33">
    <w:name w:val="Colorful Shading Accent 3"/>
    <w:basedOn w:val="a3"/>
    <w:uiPriority w:val="71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43">
    <w:name w:val="Colorful Shading Accent 4"/>
    <w:basedOn w:val="a3"/>
    <w:uiPriority w:val="71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eCell">
      <w:rPr>
        <w:color w:val="auto"/>
      </w:rPr>
    </w:tblStylePr>
    <w:tblStylePr w:type="nwCell">
      <w:rPr>
        <w:color w:val="auto"/>
      </w:rPr>
    </w:tblStylePr>
  </w:style>
  <w:style w:type="table" w:styleId="-53">
    <w:name w:val="Colorful Shading Accent 5"/>
    <w:basedOn w:val="a3"/>
    <w:uiPriority w:val="71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eCell">
      <w:rPr>
        <w:color w:val="auto"/>
      </w:rPr>
    </w:tblStylePr>
    <w:tblStylePr w:type="nwCell">
      <w:rPr>
        <w:color w:val="auto"/>
      </w:rPr>
    </w:tblStylePr>
  </w:style>
  <w:style w:type="table" w:styleId="-63">
    <w:name w:val="Colorful Shading Accent 6"/>
    <w:basedOn w:val="a3"/>
    <w:uiPriority w:val="71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eCell">
      <w:rPr>
        <w:color w:val="auto"/>
      </w:rPr>
    </w:tblStylePr>
    <w:tblStylePr w:type="nwCell">
      <w:rPr>
        <w:color w:val="auto"/>
      </w:rPr>
    </w:tblStylePr>
  </w:style>
  <w:style w:type="table" w:styleId="aff6">
    <w:name w:val="Colorful List"/>
    <w:basedOn w:val="a3"/>
    <w:uiPriority w:val="7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14">
    <w:name w:val="Colorful List Accent 1"/>
    <w:basedOn w:val="a3"/>
    <w:uiPriority w:val="7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24">
    <w:name w:val="Colorful List Accent 2"/>
    <w:basedOn w:val="a3"/>
    <w:uiPriority w:val="7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34">
    <w:name w:val="Colorful List Accent 3"/>
    <w:basedOn w:val="a3"/>
    <w:uiPriority w:val="7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44">
    <w:name w:val="Colorful List Accent 4"/>
    <w:basedOn w:val="a3"/>
    <w:uiPriority w:val="7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54">
    <w:name w:val="Colorful List Accent 5"/>
    <w:basedOn w:val="a3"/>
    <w:uiPriority w:val="7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64">
    <w:name w:val="Colorful List Accent 6"/>
    <w:basedOn w:val="a3"/>
    <w:uiPriority w:val="72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aff7">
    <w:name w:val="Colorful Grid"/>
    <w:basedOn w:val="a3"/>
    <w:uiPriority w:val="7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  <w:color w:val="auto"/>
      </w:rPr>
    </w:tblStylePr>
    <w:tblStylePr w:type="firstCol">
      <w:rPr>
        <w:color w:val="auto"/>
      </w:rPr>
    </w:tblStylePr>
    <w:tblStylePr w:type="lastCol">
      <w:rPr>
        <w:color w:val="auto"/>
      </w:rPr>
    </w:tblStylePr>
  </w:style>
  <w:style w:type="table" w:styleId="-15">
    <w:name w:val="Colorful Grid Accent 1"/>
    <w:basedOn w:val="a3"/>
    <w:uiPriority w:val="7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  <w:color w:val="auto"/>
      </w:rPr>
    </w:tblStylePr>
    <w:tblStylePr w:type="firstCol">
      <w:rPr>
        <w:color w:val="auto"/>
      </w:rPr>
    </w:tblStylePr>
    <w:tblStylePr w:type="lastCol">
      <w:rPr>
        <w:color w:val="auto"/>
      </w:rPr>
    </w:tblStylePr>
  </w:style>
  <w:style w:type="table" w:styleId="-25">
    <w:name w:val="Colorful Grid Accent 2"/>
    <w:basedOn w:val="a3"/>
    <w:uiPriority w:val="7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  <w:color w:val="auto"/>
      </w:rPr>
    </w:tblStylePr>
    <w:tblStylePr w:type="firstCol">
      <w:rPr>
        <w:color w:val="auto"/>
      </w:rPr>
    </w:tblStylePr>
    <w:tblStylePr w:type="lastCol">
      <w:rPr>
        <w:color w:val="auto"/>
      </w:rPr>
    </w:tblStylePr>
  </w:style>
  <w:style w:type="table" w:styleId="-35">
    <w:name w:val="Colorful Grid Accent 3"/>
    <w:basedOn w:val="a3"/>
    <w:uiPriority w:val="7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  <w:color w:val="auto"/>
      </w:rPr>
    </w:tblStylePr>
    <w:tblStylePr w:type="firstCol">
      <w:rPr>
        <w:color w:val="auto"/>
      </w:rPr>
    </w:tblStylePr>
    <w:tblStylePr w:type="lastCol">
      <w:rPr>
        <w:color w:val="auto"/>
      </w:rPr>
    </w:tblStylePr>
  </w:style>
  <w:style w:type="table" w:styleId="-45">
    <w:name w:val="Colorful Grid Accent 4"/>
    <w:basedOn w:val="a3"/>
    <w:uiPriority w:val="7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  <w:color w:val="auto"/>
      </w:rPr>
    </w:tblStylePr>
    <w:tblStylePr w:type="firstCol">
      <w:rPr>
        <w:color w:val="auto"/>
      </w:rPr>
    </w:tblStylePr>
    <w:tblStylePr w:type="lastCol">
      <w:rPr>
        <w:color w:val="auto"/>
      </w:rPr>
    </w:tblStylePr>
  </w:style>
  <w:style w:type="table" w:styleId="-55">
    <w:name w:val="Colorful Grid Accent 5"/>
    <w:basedOn w:val="a3"/>
    <w:uiPriority w:val="7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  <w:color w:val="auto"/>
      </w:rPr>
    </w:tblStylePr>
    <w:tblStylePr w:type="firstCol">
      <w:rPr>
        <w:color w:val="auto"/>
      </w:rPr>
    </w:tblStylePr>
    <w:tblStylePr w:type="lastCol">
      <w:rPr>
        <w:color w:val="auto"/>
      </w:rPr>
    </w:tblStylePr>
  </w:style>
  <w:style w:type="table" w:styleId="-65">
    <w:name w:val="Colorful Grid Accent 6"/>
    <w:basedOn w:val="a3"/>
    <w:uiPriority w:val="73"/>
    <w:rsid w:val="00CB0664"/>
    <w:pPr>
      <w:spacing w:after="0"/>
    </w:pPr>
    <w:rPr>
      <w:rFonts w:cs="Times New Roma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  <w:color w:val="auto"/>
      </w:rPr>
    </w:tblStylePr>
    <w:tblStylePr w:type="firstCol">
      <w:rPr>
        <w:color w:val="auto"/>
      </w:rPr>
    </w:tblStylePr>
    <w:tblStylePr w:type="lastCol">
      <w:rPr>
        <w:color w:val="auto"/>
      </w:rPr>
    </w:tblStylePr>
  </w:style>
  <w:style w:type="character" w:customStyle="1" w:styleId="layout">
    <w:name w:val="layout"/>
    <w:qFormat/>
    <w:rsid w:val="00F46231"/>
    <w:rPr>
      <w:rFonts w:ascii="Times New Roman" w:eastAsia="Times New Roman" w:hAnsi="Times New Roman" w:cs="Times New Roman"/>
      <w:color w:val="auto"/>
      <w:sz w:val="28"/>
    </w:rPr>
  </w:style>
  <w:style w:type="paragraph" w:customStyle="1" w:styleId="ConsPlusCell">
    <w:name w:val="ConsPlusCell"/>
    <w:qFormat/>
    <w:rsid w:val="00F46231"/>
    <w:pPr>
      <w:suppressAutoHyphens/>
      <w:spacing w:after="0"/>
    </w:pPr>
    <w:rPr>
      <w:rFonts w:cs="Times New Roman"/>
      <w:lang w:val="ru-RU"/>
    </w:rPr>
  </w:style>
  <w:style w:type="paragraph" w:customStyle="1" w:styleId="14">
    <w:name w:val="Обычный (Интернет)1"/>
    <w:basedOn w:val="a1"/>
    <w:qFormat/>
    <w:rsid w:val="00F46231"/>
    <w:pPr>
      <w:spacing w:before="28" w:after="142"/>
    </w:pPr>
    <w:rPr>
      <w:lang w:eastAsia="ar-SA"/>
    </w:rPr>
  </w:style>
  <w:style w:type="character" w:customStyle="1" w:styleId="FootnoteReference">
    <w:name w:val="Footnote Reference"/>
    <w:rsid w:val="00F46231"/>
    <w:rPr>
      <w:rFonts w:ascii="Times New Roman" w:eastAsia="Times New Roman" w:hAnsi="Times New Roman" w:cs="Times New Roman"/>
      <w:color w:val="auto"/>
      <w:sz w:val="28"/>
      <w:vertAlign w:val="superscript"/>
    </w:rPr>
  </w:style>
  <w:style w:type="paragraph" w:customStyle="1" w:styleId="ConsPlusNonformat">
    <w:name w:val="ConsPlusNonformat"/>
    <w:qFormat/>
    <w:rsid w:val="00F46231"/>
    <w:pPr>
      <w:suppressAutoHyphens/>
      <w:spacing w:after="0"/>
    </w:pPr>
    <w:rPr>
      <w:rFonts w:cs="Times New Roman"/>
      <w:lang w:val="ru-RU"/>
    </w:rPr>
  </w:style>
  <w:style w:type="paragraph" w:customStyle="1" w:styleId="FootnoteText">
    <w:name w:val="Footnote Text"/>
    <w:basedOn w:val="a1"/>
    <w:link w:val="FootnoteTextChar"/>
    <w:uiPriority w:val="99"/>
    <w:semiHidden/>
    <w:unhideWhenUsed/>
    <w:rsid w:val="00F46231"/>
    <w:pPr>
      <w:spacing w:after="40"/>
    </w:pPr>
  </w:style>
  <w:style w:type="character" w:customStyle="1" w:styleId="FootnoteTextChar">
    <w:name w:val="Footnote Text Char"/>
    <w:link w:val="FootnoteText"/>
    <w:uiPriority w:val="99"/>
    <w:qFormat/>
    <w:rsid w:val="00F46231"/>
    <w:rPr>
      <w:rFonts w:ascii="Times New Roman" w:eastAsia="Times New Roman" w:hAnsi="Times New Roman" w:cs="Times New Roman"/>
      <w:color w:val="auto"/>
      <w:sz w:val="28"/>
    </w:rPr>
  </w:style>
  <w:style w:type="character" w:customStyle="1" w:styleId="aff8">
    <w:name w:val="Символ сноски"/>
    <w:basedOn w:val="a2"/>
    <w:uiPriority w:val="99"/>
    <w:unhideWhenUsed/>
    <w:qFormat/>
    <w:rsid w:val="00F46231"/>
    <w:rPr>
      <w:rFonts w:ascii="Times New Roman" w:eastAsia="Times New Roman" w:hAnsi="Times New Roman" w:cs="Times New Roman"/>
      <w:color w:val="auto"/>
      <w:sz w:val="28"/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cstheme="minorBidi" w:ascii="Times New Roman" w:hAnsi="Times New Roman" w:eastAsia="Times New Roman" w:cs="Times New Roman"/>
        <w:sz w:val="28"/>
        <w:szCs w:val="28"/>
        <w:lang w:val="en-US" w:eastAsia="en-US" w:bidi="ar-SA"/>
      </w:rPr>
    </w:rPrDefault>
    <w:pPrDefault>
      <w:pPr>
        <w:spacing w:after="200" w:line="31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cstheme="majorBidi" w:ascii="Times New Roman" w:hAnsi="Times New Roman" w:eastAsia="Times New Roman" w:cs="Times New Roman"/>
      <w:b/>
      <w:bCs/>
      <w:color w:val="auto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cstheme="majorBidi" w:ascii="Times New Roman" w:hAnsi="Times New Roman" w:eastAsia="Times New Roman" w:cs="Times New Roman"/>
      <w:b/>
      <w:bCs/>
      <w:color w:val="auto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cstheme="majorBidi" w:ascii="Times New Roman" w:hAnsi="Times New Roman" w:eastAsia="Times New Roman" w:cs="Times New Roman"/>
      <w:b/>
      <w:bCs/>
      <w:color w:val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cstheme="majorBidi" w:ascii="Times New Roman" w:hAnsi="Times New Roman" w:eastAsia="Times New Roman" w:cs="Times New Roman"/>
      <w:b/>
      <w:bCs/>
      <w:i/>
      <w:iCs/>
      <w:color w:val="aut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cstheme="majorBidi" w:ascii="Times New Roman" w:hAnsi="Times New Roman" w:eastAsia="Times New Roman" w:cs="Times New Roman"/>
      <w:color w:val="aut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cstheme="majorBidi" w:ascii="Times New Roman" w:hAnsi="Times New Roman" w:eastAsia="Times New Roman" w:cs="Times New Roman"/>
      <w:i/>
      <w:iCs/>
      <w:color w:val="aut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cstheme="majorBidi" w:ascii="Times New Roman" w:hAnsi="Times New Roman" w:eastAsia="Times New Roman" w:cs="Times New Roman"/>
      <w:i/>
      <w:iCs/>
      <w:color w:val="aut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cstheme="majorBidi" w:ascii="Times New Roman" w:hAnsi="Times New Roman" w:eastAsia="Times New Roman" w:cs="Times New Roman"/>
      <w:color w:val="auto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cstheme="majorBidi" w:ascii="Times New Roman" w:hAnsi="Times New Roman" w:eastAsia="Times New Roman" w:cs="Times New Roman"/>
      <w:i/>
      <w:iCs/>
      <w:color w:val="auto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319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cstheme="majorBidi" w:ascii="Times New Roman" w:hAnsi="Times New Roman" w:eastAsia="Times New Roman" w:cs="Times New Roman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cstheme="majorBidi" w:ascii="Times New Roman" w:hAnsi="Times New Roman" w:eastAsia="Times New Roman" w:cs="Times New Roman"/>
      <w:b/>
      <w:bCs/>
      <w:color w:val="auto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cstheme="majorBidi" w:ascii="Times New Roman" w:hAnsi="Times New Roman" w:eastAsia="Times New Roman" w:cs="Times New Roman"/>
      <w:b/>
      <w:bCs/>
      <w:color w:val="auto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319" w:lineRule="auto"/>
      <w:contextualSpacing/>
    </w:pPr>
    <w:rPr>
      <w:rFonts w:cstheme="majorBidi" w:ascii="Times New Roman" w:hAnsi="Times New Roman" w:eastAsia="Times New Roman" w:cs="Times New Roman"/>
      <w:color w:val="auto"/>
      <w:spacing w:val="5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cstheme="majorBidi" w:ascii="Times New Roman" w:hAnsi="Times New Roman" w:eastAsia="Times New Roman" w:cs="Times New Roman"/>
      <w:color w:val="auto"/>
      <w:spacing w:val="5"/>
      <w:kern w:val="28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 w:ascii="Times New Roman" w:hAnsi="Times New Roman" w:eastAsia="Times New Roman" w:cs="Times New Roman"/>
      <w:i/>
      <w:iCs/>
      <w:color w:val="auto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cstheme="majorBidi" w:ascii="Times New Roman" w:hAnsi="Times New Roman" w:eastAsia="Times New Roman" w:cs="Times New Roman"/>
      <w:i/>
      <w:iCs/>
      <w:color w:val="auto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319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28"/>
      <w:szCs w:val="28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hAnsi="Times New Roman" w:eastAsia="Times New Roman" w:cs="Times New Roman"/>
      <w:sz w:val="28"/>
      <w:szCs w:val="28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hAnsi="Times New Roman" w:eastAsia="Times New Roman" w:cs="Times New Roman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auto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cstheme="majorBidi" w:ascii="Times New Roman" w:hAnsi="Times New Roman" w:eastAsia="Times New Roman" w:cs="Times New Roman"/>
      <w:b/>
      <w:bCs/>
      <w:i/>
      <w:iCs/>
      <w:color w:val="aut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cstheme="majorBidi" w:ascii="Times New Roman" w:hAnsi="Times New Roman" w:eastAsia="Times New Roman" w:cs="Times New Roman"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cstheme="majorBidi" w:ascii="Times New Roman" w:hAnsi="Times New Roman" w:eastAsia="Times New Roman" w:cs="Times New Roman"/>
      <w:i/>
      <w:iCs/>
      <w:color w:val="aut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cstheme="majorBidi" w:ascii="Times New Roman" w:hAnsi="Times New Roman" w:eastAsia="Times New Roman" w:cs="Times New Roman"/>
      <w:i/>
      <w:iCs/>
      <w:color w:val="aut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cstheme="majorBidi" w:ascii="Times New Roman" w:hAnsi="Times New Roman" w:eastAsia="Times New Roman" w:cs="Times New Roman"/>
      <w:color w:val="auto"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cstheme="majorBidi" w:ascii="Times New Roman" w:hAnsi="Times New Roman" w:eastAsia="Times New Roman" w:cs="Times New Roman"/>
      <w:i/>
      <w:iCs/>
      <w:color w:val="auto"/>
      <w:sz w:val="28"/>
      <w:szCs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319" w:lineRule="auto"/>
    </w:pPr>
    <w:rPr>
      <w:b/>
      <w:bCs/>
      <w:color w:val="auto"/>
      <w:sz w:val="28"/>
      <w:szCs w:val="2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aut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auto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319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cstheme="majorBidi" w:ascii="Times New Roman" w:hAnsi="Times New Roman" w:eastAsia="Times New Roman" w:cs="Times New Roman"/>
        <w:b/>
        <w:bCs/>
      </w:rPr>
    </w:tblStylePr>
    <w:tblStylePr w:type="lastCol"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cstheme="majorBidi" w:ascii="Times New Roman" w:hAnsi="Times New Roman" w:eastAsia="Times New Roman" w:cs="Times New Roman"/>
        <w:b/>
        <w:bCs/>
      </w:rPr>
    </w:tblStylePr>
    <w:tblStylePr w:type="lastCol"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cstheme="majorBidi" w:ascii="Times New Roman" w:hAnsi="Times New Roman" w:eastAsia="Times New Roman" w:cs="Times New Roman"/>
        <w:b/>
        <w:bCs/>
      </w:rPr>
    </w:tblStylePr>
    <w:tblStylePr w:type="lastCol"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cstheme="majorBidi" w:ascii="Times New Roman" w:hAnsi="Times New Roman" w:eastAsia="Times New Roman" w:cs="Times New Roman"/>
        <w:b/>
        <w:bCs/>
      </w:rPr>
    </w:tblStylePr>
    <w:tblStylePr w:type="lastCol"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cstheme="majorBidi" w:ascii="Times New Roman" w:hAnsi="Times New Roman" w:eastAsia="Times New Roman" w:cs="Times New Roman"/>
        <w:b/>
        <w:bCs/>
      </w:rPr>
    </w:tblStylePr>
    <w:tblStylePr w:type="lastCol"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cstheme="majorBidi" w:ascii="Times New Roman" w:hAnsi="Times New Roman" w:eastAsia="Times New Roman" w:cs="Times New Roman"/>
        <w:b/>
        <w:bCs/>
      </w:rPr>
    </w:tblStylePr>
    <w:tblStylePr w:type="lastCol"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319" w:lineRule="auto"/>
      </w:pPr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cstheme="majorBidi" w:ascii="Times New Roman" w:hAnsi="Times New Roman" w:eastAsia="Times New Roman" w:cs="Times New Roman"/>
        <w:b/>
        <w:bCs/>
      </w:rPr>
    </w:tblStylePr>
    <w:tblStylePr w:type="lastCol">
      <w:rPr>
        <w:rFonts w:cstheme="majorBidi" w:ascii="Times New Roman" w:hAnsi="Times New Roman" w:eastAsia="Times New Roman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w:tcBorders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319" w:lineRule="auto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319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Col">
      <w:rPr>
        <w:b/>
        <w:bCs/>
        <w:color w:val="auto"/>
      </w:rPr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 w:ascii="Times New Roman" w:hAnsi="Times New Roman" w:eastAsia="Times New Roman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 w:ascii="Times New Roman" w:hAnsi="Times New Roman" w:eastAsia="Times New Roman" w:cs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 w:ascii="Times New Roman" w:hAnsi="Times New Roman" w:eastAsia="Times New Roman" w:cs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 w:ascii="Times New Roman" w:hAnsi="Times New Roman" w:eastAsia="Times New Roman" w:cs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 w:ascii="Times New Roman" w:hAnsi="Times New Roman" w:eastAsia="Times New Roman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 w:ascii="Times New Roman" w:hAnsi="Times New Roman" w:eastAsia="Times New Roman" w:cs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 w:ascii="Times New Roman" w:hAnsi="Times New Roman" w:eastAsia="Times New Roman" w:cs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8"/>
        <w:szCs w:val="28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319" w:lineRule="auto"/>
    </w:pPr>
    <w:rPr>
      <w:rFonts w:cstheme="majorBidi" w:ascii="Times New Roman" w:hAnsi="Times New Roman" w:eastAsia="Times New Roman" w:cs="Times New Roman"/>
      <w:color w:val="auto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319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i w:val="0"/>
        <w:iCs w:val="0"/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lastRow">
      <w:rPr>
        <w:b/>
        <w:bCs/>
        <w:i w:val="0"/>
        <w:iCs w:val="0"/>
        <w:color w:val="auto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</w:tcPr>
    </w:tblStylePr>
    <w:tblStylePr w:type="firstCol">
      <w:rPr>
        <w:b/>
        <w:bCs/>
        <w:i w:val="0"/>
        <w:iCs w:val="0"/>
        <w:color w:val="auto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</w:tcPr>
    </w:tblStylePr>
    <w:tblStylePr w:type="lastCol">
      <w:rPr>
        <w:b/>
        <w:bCs/>
        <w:i w:val="0"/>
        <w:iCs w:val="0"/>
        <w:color w:val="auto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</w:tcPr>
    </w:tblStylePr>
  </w:style>
  <w:style w:type="table" w:styleId="DarkList">
    <w:name w:val="Dark List"/>
    <w:basedOn w:val="TableNormal"/>
    <w:uiPriority w:val="70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  <w:tblStylePr w:type="neCell">
      <w:rPr>
        <w:color w:val="auto"/>
      </w:rPr>
    </w:tblStylePr>
    <w:tblStylePr w:type="nwCell">
      <w:rPr>
        <w:color w:val="auto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  <w:tblStylePr w:type="neCell">
      <w:rPr>
        <w:color w:val="auto"/>
      </w:rPr>
    </w:tblStylePr>
    <w:tblStylePr w:type="nwCell">
      <w:rPr>
        <w:color w:val="auto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  <w:tblStylePr w:type="neCell">
      <w:rPr>
        <w:color w:val="auto"/>
      </w:rPr>
    </w:tblStylePr>
    <w:tblStylePr w:type="nwCell">
      <w:rPr>
        <w:color w:val="auto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  <w:tblStylePr w:type="neCell">
      <w:rPr>
        <w:color w:val="auto"/>
      </w:rPr>
    </w:tblStylePr>
    <w:tblStylePr w:type="nwCell">
      <w:rPr>
        <w:color w:val="auto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  <w:tblStylePr w:type="neCell">
      <w:rPr>
        <w:color w:val="auto"/>
      </w:rPr>
    </w:tblStylePr>
    <w:tblStylePr w:type="nwCell">
      <w:rPr>
        <w:color w:val="auto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</w:tcPr>
    </w:tblStylePr>
    <w:tblStylePr w:type="lastCol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tblPr/>
      <w:tcPr>
        </w:tcPr>
    </w:tblStylePr>
    <w:tblStylePr w:type="band1Horz">
      <w:tblPr/>
      <w:tcPr>
        </w:tcPr>
    </w:tblStylePr>
    <w:tblStylePr w:type="neCell">
      <w:rPr>
        <w:color w:val="auto"/>
      </w:rPr>
    </w:tblStylePr>
    <w:tblStylePr w:type="nwCell">
      <w:rPr>
        <w:color w:val="auto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  <w:color w:val="auto"/>
      </w:rPr>
      <w:tblPr/>
      <w:tcPr>
        <w:tcBorders>
          <w:bottom w:val="single" w:sz="12" w:space="0" w:color="FFFFFF" w:themeColor="background1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/w:tcPr>
    </w:tblStylePr>
    <w:tblStylePr w:type="lastRow">
      <w:rPr>
        <w:b/>
        <w:bCs/>
        <w:color w:val="auto"/>
      </w:rPr>
      <w:tblPr/>
      <w:tcPr>
        </w:tcPr>
    </w:tblStylePr>
    <w:tblStylePr w:type="firstCol">
      <w:rPr>
        <w:color w:val="auto"/>
      </w:rPr>
      <w:tblPr/>
      <w:tcPr>
        </w:tcPr>
    </w:tblStylePr>
    <w:tblStylePr w:type="lastCol">
      <w:rPr>
        <w:color w:val="auto"/>
      </w:rPr>
      <w:tblPr/>
      <w:tcPr>
  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/w:tcPr>
    </w:tblStylePr>
    <w:tblStylePr w:type="lastRow">
      <w:rPr>
        <w:b/>
        <w:bCs/>
        <w:color w:val="auto"/>
      </w:rPr>
      <w:tblPr/>
      <w:tcPr>
        </w:tcPr>
    </w:tblStylePr>
    <w:tblStylePr w:type="firstCol">
      <w:rPr>
        <w:color w:val="auto"/>
      </w:rPr>
      <w:tblPr/>
      <w:tcPr>
        </w:tcPr>
    </w:tblStylePr>
    <w:tblStylePr w:type="lastCol">
      <w:rPr>
        <w:color w:val="auto"/>
      </w:rPr>
      <w:tblPr/>
      <w:tcPr>
  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/w:tcPr>
    </w:tblStylePr>
    <w:tblStylePr w:type="lastRow">
      <w:rPr>
        <w:b/>
        <w:bCs/>
        <w:color w:val="auto"/>
      </w:rPr>
      <w:tblPr/>
      <w:tcPr>
        </w:tcPr>
    </w:tblStylePr>
    <w:tblStylePr w:type="firstCol">
      <w:rPr>
        <w:color w:val="auto"/>
      </w:rPr>
      <w:tblPr/>
      <w:tcPr>
        </w:tcPr>
    </w:tblStylePr>
    <w:tblStylePr w:type="lastCol">
      <w:rPr>
        <w:color w:val="auto"/>
      </w:rPr>
      <w:tblPr/>
      <w:tcPr>
  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/w:tcPr>
    </w:tblStylePr>
    <w:tblStylePr w:type="lastRow">
      <w:rPr>
        <w:b/>
        <w:bCs/>
        <w:color w:val="auto"/>
      </w:rPr>
      <w:tblPr/>
      <w:tcPr>
        </w:tcPr>
    </w:tblStylePr>
    <w:tblStylePr w:type="firstCol">
      <w:rPr>
        <w:color w:val="auto"/>
      </w:rPr>
      <w:tblPr/>
      <w:tcPr>
        </w:tcPr>
    </w:tblStylePr>
    <w:tblStylePr w:type="lastCol">
      <w:rPr>
        <w:color w:val="auto"/>
      </w:rPr>
      <w:tblPr/>
      <w:tcPr>
  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/w:tcPr>
    </w:tblStylePr>
    <w:tblStylePr w:type="lastRow">
      <w:rPr>
        <w:b/>
        <w:bCs/>
        <w:color w:val="auto"/>
      </w:rPr>
      <w:tblPr/>
      <w:tcPr>
        </w:tcPr>
    </w:tblStylePr>
    <w:tblStylePr w:type="firstCol">
      <w:rPr>
        <w:color w:val="auto"/>
      </w:rPr>
      <w:tblPr/>
      <w:tcPr>
        </w:tcPr>
    </w:tblStylePr>
    <w:tblStylePr w:type="lastCol">
      <w:rPr>
        <w:color w:val="auto"/>
      </w:rPr>
      <w:tblPr/>
      <w:tcPr>
  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/w:tcPr>
    </w:tblStylePr>
    <w:tblStylePr w:type="lastRow">
      <w:rPr>
        <w:b/>
        <w:bCs/>
        <w:color w:val="auto"/>
      </w:rPr>
      <w:tblPr/>
      <w:tcPr>
        </w:tcPr>
    </w:tblStylePr>
    <w:tblStylePr w:type="firstCol">
      <w:rPr>
        <w:color w:val="auto"/>
      </w:rPr>
      <w:tblPr/>
      <w:tcPr>
        </w:tcPr>
    </w:tblStylePr>
    <w:tblStylePr w:type="lastCol">
      <w:rPr>
        <w:color w:val="auto"/>
      </w:rPr>
      <w:tblPr/>
      <w:tcPr>
        </w:tcPr>
    </w:tblStylePr>
    <w:tblStylePr w:type="band1Vert">
      <w:tblPr/>
      <w:tcPr>
        </w:tcPr>
    </w:tblStylePr>
    <w:tblStylePr w:type="band1Horz">
      <w:tblPr/>
      <w:tcPr>
  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319" w:lineRule="auto"/>
    </w:pPr>
    <w:rPr>
      <w:color w:val="auto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/w:tcPr>
    <w:tblStylePr w:type="firstRow">
      <w:rPr>
        <w:b/>
        <w:bCs/>
      </w:rPr>
      <w:tblPr/>
      <w:tcPr>
        </w:tcPr>
    </w:tblStylePr>
    <w:tblStylePr w:type="lastRow">
      <w:rPr>
        <w:b/>
        <w:bCs/>
        <w:color w:val="auto"/>
      </w:rPr>
      <w:tblPr/>
      <w:tcPr>
        </w:tcPr>
    </w:tblStylePr>
    <w:tblStylePr w:type="firstCol">
      <w:rPr>
        <w:color w:val="auto"/>
      </w:rPr>
      <w:tblPr/>
      <w:tcPr>
        </w:tcPr>
    </w:tblStylePr>
    <w:tblStylePr w:type="lastCol">
      <w:rPr>
        <w:color w:val="auto"/>
      </w:rPr>
      <w:tblPr/>
      <w:tcPr>
        </w:tcPr>
    </w:tblStylePr>
    <w:tblStylePr w:type="band1Vert">
      <w:tblPr/>
      <w:tcPr>
        </w:tcPr>
    </w:tblStylePr>
    <w:tblStylePr w:type="band1Horz">
      <w:tblPr/>
      <w:tcPr>
  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3264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ФГБОУ КИППКК АПК</cp:lastModifiedBy>
  <cp:revision>2</cp:revision>
  <dcterms:created xsi:type="dcterms:W3CDTF">2013-12-23T23:15:00Z</dcterms:created>
  <dcterms:modified xsi:type="dcterms:W3CDTF">2026-08-12T11:03:00Z</dcterms:modified>
  <cp:category/>
</cp:coreProperties>
</file>